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ÖZEL DERS SÖZLEŞMESİ</w:t>
      </w:r>
    </w:p>
    <w:p>
      <w:r>
        <w:rPr>
          <w:color w:val="666666"/>
          <w:sz w:val="18"/>
        </w:rPr>
        <w:t>Bu şablon ozelekders.com tarafından ücretsiz hazırlanmıştır; taraflar ihtiyaçlarına göre değiştirebilir. Genel bilgi amaçlıdır, hukuki danışmanlık değildir.</w:t>
      </w:r>
    </w:p>
    <w:p>
      <w:r>
        <w:rPr>
          <w:b/>
          <w:sz w:val="23"/>
        </w:rPr>
        <w:t>1. Taraflar</w:t>
      </w:r>
    </w:p>
    <w:p>
      <w:r>
        <w:t>Öğretmen: ............................................ (ad soyad), telefon: ..................., e-posta: ...................</w:t>
      </w:r>
    </w:p>
    <w:p>
      <w:r>
        <w:t>Veli / öğrenci: ..................................... (ad soyad), telefon: ..................., e-posta: ...................</w:t>
      </w:r>
    </w:p>
    <w:p>
      <w:r>
        <w:t>Öğrenci (veli imzalıyorsa): ............................ sınıfı/seviyesi: ...................</w:t>
      </w:r>
    </w:p>
    <w:p>
      <w:r>
        <w:rPr>
          <w:b/>
          <w:sz w:val="23"/>
        </w:rPr>
        <w:t>2. Dersin konusu</w:t>
      </w:r>
    </w:p>
    <w:p>
      <w:r>
        <w:t>Ders / branş: ...................  Seviye / hedef (ör. 7. sınıf matematik, LGS, YKS, konuşma): ...................</w:t>
      </w:r>
    </w:p>
    <w:p>
      <w:r>
        <w:t>Öğretmen dersi özenle hazırlar ve yürütür; belirli bir not, net ya da sınav sonucu taahhüt etmez.</w:t>
      </w:r>
    </w:p>
    <w:p>
      <w:r>
        <w:rPr>
          <w:b/>
          <w:sz w:val="23"/>
        </w:rPr>
        <w:t>3. Yer, süre ve sıklık</w:t>
      </w:r>
    </w:p>
    <w:p>
      <w:r>
        <w:t>Ders yeri: ☐ öğrencinin evi  ☐ öğretmenin evi  ☐ online (platform: ...................)</w:t>
      </w:r>
    </w:p>
    <w:p>
      <w:r>
        <w:t>Bir ders süresi: ...... dakika.  Haftalık ders sayısı: ......  Ders gün(ler)i ve saati: ...................</w:t>
      </w:r>
    </w:p>
    <w:p>
      <w:r>
        <w:t>Başlangıç tarihi: ...../...../........  Bitiş (varsa): ...../...../........</w:t>
      </w:r>
    </w:p>
    <w:p>
      <w:r>
        <w:rPr>
          <w:b/>
          <w:sz w:val="23"/>
        </w:rPr>
        <w:t>4. Ücret ve ödeme</w:t>
      </w:r>
    </w:p>
    <w:p>
      <w:r>
        <w:t>Ders başı ücret: ........ ₺ (online ve yüz yüze farklıysa: online ........ ₺, yüz yüze ........ ₺).</w:t>
      </w:r>
    </w:p>
    <w:p>
      <w:r>
        <w:t>Ödeme zamanı: ☐ her ders sonunda  ☐ haftalık  ☐ aylık, her ayın ...... günü  ☐ ........ derslik paket peşin</w:t>
      </w:r>
    </w:p>
    <w:p>
      <w:r>
        <w:t>Ödeme yolu: ☐ nakit  ☐ banka havalesi (IBAN: ...................................)</w:t>
      </w:r>
    </w:p>
    <w:p>
      <w:r>
        <w:t>Varsa yol ücreti: ........ ₺.  Varsa kaynak / kitap: ...................</w:t>
      </w:r>
    </w:p>
    <w:p>
      <w:r>
        <w:rPr>
          <w:b/>
          <w:sz w:val="23"/>
        </w:rPr>
        <w:t>5. İptal ve erteleme</w:t>
      </w:r>
    </w:p>
    <w:p>
      <w:r>
        <w:t>Taraflar dersi en geç ...... saat önce haber vererek erteleyebilir; ertelenen ders taraflarca belirlenen başka bir günde yapılır.</w:t>
      </w:r>
    </w:p>
    <w:p>
      <w:r>
        <w:t>Daha geç yapılan iptallerde veli/öğrenci ders ücretinin % ...... ödemeyi kabul eder; öğretmenin geç iptalinde ders ücretsiz telafi edilir.</w:t>
      </w:r>
    </w:p>
    <w:p>
      <w:r>
        <w:t>Hastalık ve olağanüstü durumlarda taraflar iyi niyetle yeni bir gün belirler.</w:t>
      </w:r>
    </w:p>
    <w:p>
      <w:r>
        <w:rPr>
          <w:b/>
          <w:sz w:val="23"/>
        </w:rPr>
        <w:t>6. Sözleşmenin sona ermesi</w:t>
      </w:r>
    </w:p>
    <w:p>
      <w:r>
        <w:t>Taraflar sözleşmeyi her zaman sona erdirebilir; yapılmış derslerin ücreti ödenir, peşin ödenmiş ve yapılmamış derslerin ücreti iade edilir.</w:t>
      </w:r>
    </w:p>
    <w:p>
      <w:r>
        <w:t>Uygun olmayan bir zamanda sona erdiren taraf, diğer tarafın bundan doğan zararını karşılar (Türk Borçlar Kanunu md. 512). Taraflar sona erdirmeyi en az ...... gün önce bildirmeyi kabul eder.</w:t>
      </w:r>
    </w:p>
    <w:p>
      <w:r>
        <w:rPr>
          <w:b/>
          <w:sz w:val="23"/>
        </w:rPr>
        <w:t>7. Kayıt, kişisel veri ve iletişim</w:t>
      </w:r>
    </w:p>
    <w:p>
      <w:r>
        <w:t>Online dersin kaydı: ☐ alınmaz  ☐ yalnız öğrencinin tekrarı için alınır, üçüncü kişilerle paylaşılmaz.</w:t>
      </w:r>
    </w:p>
    <w:p>
      <w:r>
        <w:t>Taraflar birbirinin iletişim bilgilerini yalnız ders için kullanır. 18 yaşından küçük öğrencinin derslerinde veli bilgilendirilir.</w:t>
      </w:r>
    </w:p>
    <w:p>
      <w:r>
        <w:rPr>
          <w:b/>
          <w:sz w:val="23"/>
        </w:rPr>
        <w:t>8. Diğer</w:t>
      </w:r>
    </w:p>
    <w:p>
      <w:r>
        <w:t>Ödev, deneme ve ilerleme bilgisi veliye ...... haftada bir verilir.</w:t>
      </w:r>
    </w:p>
    <w:p>
      <w:r>
        <w:t>Bu sözleşmede yazmayan konularda Türk Borçlar Kanunu hükümleri uygulanır.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Öğretmen</w:t>
              <w:br/>
              <w:t>Ad soyad / imza / tarih</w:t>
            </w:r>
          </w:p>
        </w:tc>
        <w:tc>
          <w:tcPr>
            <w:tcW w:type="dxa" w:w="4320"/>
          </w:tcPr>
          <w:p>
            <w:r>
              <w:t>Veli / öğrenci</w:t>
              <w:br/>
              <w:t>Ad soyad / imza / tarih</w:t>
            </w:r>
          </w:p>
        </w:tc>
      </w:tr>
      <w:tr>
        <w:tc>
          <w:tcPr>
            <w:tcW w:type="dxa" w:w="4320"/>
          </w:tcPr>
          <w:p>
            <w:r>
              <w:br/>
              <w:br/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Özel ders sözleşmesi</dc:title>
  <dc:subject/>
  <dc:creator>Özel Ek Ders (ozelekders.com)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